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6"/>
        </w:rPr>
        <w:t>DICHIARAZIONE SOSTITUTIVA DELL'ATTO DI NOTORIETÀ</w:t>
      </w:r>
    </w:p>
    <w:p>
      <w:pPr>
        <w:jc w:val="center"/>
      </w:pPr>
      <w:r>
        <w:rPr>
          <w:sz w:val="20"/>
        </w:rPr>
        <w:t>(art. 47 del D.P.R. 28 dicembre 2000, n. 445)</w:t>
      </w:r>
    </w:p>
    <w:p>
      <w:pPr>
        <w:jc w:val="center"/>
      </w:pPr>
      <w:r>
        <w:rPr>
          <w:i/>
          <w:sz w:val="20"/>
        </w:rPr>
        <w:t>Destinazione della NASpI anticipata alla sottoscrizione di una quota di capitale sociale di cooperativa</w:t>
      </w:r>
    </w:p>
    <w:p/>
    <w:p>
      <w:r>
        <w:t>Il/La sottoscritto/a ____________________________, nato/a a ______________ (__) il ____ / ____ / ________, codice fiscale ______________, residente a ______________ (__) in via ____________________________ n. ____, CAP _____,</w:t>
      </w:r>
    </w:p>
    <w:p>
      <w:r>
        <w:t>consapevole delle sanzioni penali previste dall'art. 76 del D.P.R. 445/2000 per le ipotesi di falsità in atti e dichiarazioni mendaci, e della decadenza dai benefici prevista dall'art. 75 dello stesso decreto,</w:t>
      </w:r>
    </w:p>
    <w:p>
      <w:pPr>
        <w:jc w:val="center"/>
      </w:pPr>
      <w:r>
        <w:rPr>
          <w:b/>
        </w:rPr>
        <w:t>DICHIARA</w:t>
      </w:r>
    </w:p>
    <w:p>
      <w:pPr>
        <w:pStyle w:val="ListBullet"/>
      </w:pPr>
      <w:r>
        <w:t>di aver presentato all'INPS domanda di anticipazione dell'indennità NASpI ai sensi dell'art. 8 del d.lgs. 4 marzo 2015, n. 22, in data ____ / ____ / ________, protocollo n. ______________;</w:t>
      </w:r>
    </w:p>
    <w:p>
      <w:pPr>
        <w:pStyle w:val="ListBullet"/>
      </w:pPr>
      <w:r>
        <w:t>di aver sottoscritto in data ____ / ____ / ________ una quota di capitale sociale della cooperativa ____________________________, con sede in ____________________________, codice fiscale/partita IVA ______________, iscritta al Registro delle Imprese di ______________ al n. ______________ e all'Albo nazionale delle società cooperative al n. ______________, nella quale il rapporto mutualistico ha ad oggetto la prestazione di attività lavorativa da parte del socio;</w:t>
      </w:r>
    </w:p>
    <w:p>
      <w:pPr>
        <w:pStyle w:val="ListBullet"/>
      </w:pPr>
      <w:r>
        <w:t>di destinare l'intero importo percepito a titolo di anticipazione della NASpI al capitale sociale della cooperativa sopra indicata, entro il termine per la presentazione della dichiarazione dei redditi relativa all'anno d'imposta in cui la prestazione è percepita (art. 2 del D.P.R. 22 luglio 1998, n. 322), ai fini dell'esenzione IRPEF prevista dall'art. 1, comma 12, della legge 27 dicembre 2019, n. 160;</w:t>
      </w:r>
    </w:p>
    <w:p>
      <w:pPr>
        <w:pStyle w:val="ListBullet"/>
      </w:pPr>
      <w:r>
        <w:t>di essere a conoscenza che, ai sensi dell'art. 8, comma 4, del d.lgs. 22/2015, l'instaurazione di un rapporto di lavoro subordinato prima della scadenza del periodo per cui è riconosciuta la liquidazione anticipata comporta la restituzione integrale dell'anticipazione, salvo il caso in cui il rapporto sia instaurato con la cooperativa di cui sopra.</w:t>
      </w:r>
    </w:p>
    <w:p>
      <w:r>
        <w:t>Allega: attestazione di iscrizione della cooperativa al Registro delle Imprese e all'Albo nazionale delle società cooperative; stralcio dell'elenco dei soci con dichiarazione del Presidente sull'iscrizione del/la dichiarante e sull'attività assegnata; copia di un documento di identità in corso di validità.</w:t>
      </w:r>
    </w:p>
    <w:p/>
    <w:p>
      <w:r>
        <w:t>Luogo e data: ____________________________</w:t>
      </w:r>
    </w:p>
    <w:p>
      <w:r>
        <w:t>Firma: ____________________________</w:t>
      </w:r>
    </w:p>
    <w:p/>
    <w:p>
      <w:r>
        <w:rPr>
          <w:i/>
          <w:color w:val="5E6678"/>
          <w:sz w:val="17"/>
        </w:rPr>
        <w:t>Informativa: i dati sono trattati dall'INPS per la gestione della prestazione (art. 13 Reg. UE 2016/679). Modello didattico del corso «Segmenti di clientela» (prof.ssa Claudia E. Stomeo), aggiornato al 22 settembre 2026 sulle fonti INPS indicate. La domanda si presenta esclusivamente online o tramite patronato: questa scheda serve a prepararla. Prima dell'invio confrontati con il patronato o con il commercialista.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